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E795F" w14:textId="77777777" w:rsidR="003D50FB" w:rsidRDefault="00000000" w:rsidP="00D142EE">
      <w:pPr>
        <w:pStyle w:val="Heading1"/>
        <w:jc w:val="center"/>
      </w:pPr>
      <w:r>
        <w:t>Formulár na odstúpenie od zmluvy</w:t>
      </w:r>
    </w:p>
    <w:p w14:paraId="7F331829" w14:textId="77777777" w:rsidR="003D50FB" w:rsidRDefault="00000000" w:rsidP="00D142EE">
      <w:pPr>
        <w:jc w:val="center"/>
      </w:pPr>
      <w:r>
        <w:rPr>
          <w:i/>
        </w:rPr>
        <w:t>(vyplňte a zašlite len v prípade, že si želáte odstúpiť od zmluvy)</w:t>
      </w:r>
    </w:p>
    <w:p w14:paraId="6632D740" w14:textId="77777777" w:rsidR="003D50FB" w:rsidRDefault="003D50FB"/>
    <w:p w14:paraId="4778A3EB" w14:textId="77777777" w:rsidR="003D50FB" w:rsidRDefault="00000000">
      <w:r>
        <w:rPr>
          <w:b/>
        </w:rPr>
        <w:t>UPOZORNENIE:</w:t>
      </w:r>
      <w:r>
        <w:rPr>
          <w:b/>
        </w:rPr>
        <w:br/>
      </w:r>
      <w:r w:rsidRPr="00D142EE">
        <w:rPr>
          <w:bCs/>
        </w:rPr>
        <w:t xml:space="preserve">V prípade tovarov vyhotovených na mieru podľa požiadaviek spotrebiteľa (ako sú produkty Objektiik) sa právo na odstúpenie od zmluvy podľa § 7 ods. 6 zákona č. 102/2014 Z. z. neuplatňuje. Tento formulár použite len vtedy, ak ste zakúpili tovar, </w:t>
      </w:r>
      <w:proofErr w:type="spellStart"/>
      <w:r w:rsidRPr="00D142EE">
        <w:rPr>
          <w:bCs/>
        </w:rPr>
        <w:t>ktorý</w:t>
      </w:r>
      <w:proofErr w:type="spellEnd"/>
      <w:r w:rsidRPr="00D142EE">
        <w:rPr>
          <w:bCs/>
        </w:rPr>
        <w:t xml:space="preserve"> </w:t>
      </w:r>
      <w:proofErr w:type="spellStart"/>
      <w:r w:rsidRPr="00D142EE">
        <w:rPr>
          <w:bCs/>
        </w:rPr>
        <w:t>nie</w:t>
      </w:r>
      <w:proofErr w:type="spellEnd"/>
      <w:r w:rsidRPr="00D142EE">
        <w:rPr>
          <w:bCs/>
        </w:rPr>
        <w:t xml:space="preserve"> je </w:t>
      </w:r>
      <w:proofErr w:type="spellStart"/>
      <w:r w:rsidRPr="00D142EE">
        <w:rPr>
          <w:bCs/>
        </w:rPr>
        <w:t>personalizovaný</w:t>
      </w:r>
      <w:proofErr w:type="spellEnd"/>
      <w:r w:rsidRPr="00D142EE">
        <w:rPr>
          <w:bCs/>
        </w:rPr>
        <w:t>.</w:t>
      </w:r>
    </w:p>
    <w:p w14:paraId="7A3536E6" w14:textId="68C81E5C" w:rsidR="003D50FB" w:rsidRDefault="00D142EE">
      <w:r w:rsidRPr="00D142EE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041A907" wp14:editId="51FE6A2D">
                <wp:simplePos x="0" y="0"/>
                <wp:positionH relativeFrom="column">
                  <wp:posOffset>3436951</wp:posOffset>
                </wp:positionH>
                <wp:positionV relativeFrom="paragraph">
                  <wp:posOffset>266948</wp:posOffset>
                </wp:positionV>
                <wp:extent cx="2949934" cy="1404620"/>
                <wp:effectExtent l="0" t="0" r="0" b="0"/>
                <wp:wrapNone/>
                <wp:docPr id="47644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93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F0606" w14:textId="77777777" w:rsidR="00D142EE" w:rsidRPr="00D142EE" w:rsidRDefault="00D142EE" w:rsidP="00D142EE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Adresa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vrátenie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tovaru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41A9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.65pt;margin-top:21pt;width:232.3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" filled="f" stroked="f">
                <v:textbox style="mso-fit-shape-to-text:t">
                  <w:txbxContent>
                    <w:p w14:paraId="52FF0606" w14:textId="77777777" w:rsidR="00D142EE" w:rsidRPr="00D142EE" w:rsidRDefault="00D142EE" w:rsidP="00D142EE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Adresa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vrátenie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tovaru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D142EE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F870BE7" wp14:editId="093AC6E6">
                <wp:simplePos x="0" y="0"/>
                <wp:positionH relativeFrom="column">
                  <wp:posOffset>3433776</wp:posOffset>
                </wp:positionH>
                <wp:positionV relativeFrom="paragraph">
                  <wp:posOffset>265430</wp:posOffset>
                </wp:positionV>
                <wp:extent cx="2949934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93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8697A" w14:textId="07285AA2" w:rsidR="00D142EE" w:rsidRPr="00D142EE" w:rsidRDefault="00D142EE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Adresa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na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vrátenie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tovaru</w:t>
                            </w:r>
                            <w:proofErr w:type="spellEnd"/>
                            <w:r w:rsidRPr="00D142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70BE7" id="_x0000_s1027" type="#_x0000_t202" style="position:absolute;margin-left:270.4pt;margin-top:20.9pt;width:232.3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" filled="f" stroked="f">
                <v:textbox style="mso-fit-shape-to-text:t">
                  <w:txbxContent>
                    <w:p w14:paraId="1A98697A" w14:textId="07285AA2" w:rsidR="00D142EE" w:rsidRPr="00D142EE" w:rsidRDefault="00D142EE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Adresa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na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vrátenie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tovaru</w:t>
                      </w:r>
                      <w:proofErr w:type="spellEnd"/>
                      <w:r w:rsidRPr="00D142EE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66880F29" w14:textId="0BEEAF2B" w:rsidR="003D50FB" w:rsidRDefault="00D142EE">
      <w:r w:rsidRPr="00D142EE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8355596" wp14:editId="041740CB">
                <wp:simplePos x="0" y="0"/>
                <wp:positionH relativeFrom="column">
                  <wp:posOffset>3417239</wp:posOffset>
                </wp:positionH>
                <wp:positionV relativeFrom="paragraph">
                  <wp:posOffset>281305</wp:posOffset>
                </wp:positionV>
                <wp:extent cx="2949934" cy="1404620"/>
                <wp:effectExtent l="0" t="0" r="0" b="0"/>
                <wp:wrapNone/>
                <wp:docPr id="468818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93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D0465" w14:textId="2691E288" w:rsidR="00D142EE" w:rsidRPr="00D142EE" w:rsidRDefault="00D142EE" w:rsidP="00D142EE">
                            <w:proofErr w:type="spellStart"/>
                            <w:r w:rsidRPr="00D142EE">
                              <w:t>Objektiik</w:t>
                            </w:r>
                            <w:proofErr w:type="spellEnd"/>
                            <w:r w:rsidRPr="00D142EE">
                              <w:t xml:space="preserve"> s. r. o.</w:t>
                            </w:r>
                            <w:r w:rsidRPr="00D142EE">
                              <w:br/>
                            </w:r>
                            <w:proofErr w:type="spellStart"/>
                            <w:r w:rsidRPr="00D142EE">
                              <w:t>Cintorínska</w:t>
                            </w:r>
                            <w:proofErr w:type="spellEnd"/>
                            <w:r w:rsidRPr="00D142EE">
                              <w:t xml:space="preserve"> 256</w:t>
                            </w:r>
                            <w:r w:rsidRPr="00D142EE">
                              <w:br/>
                              <w:t xml:space="preserve">925 01 </w:t>
                            </w:r>
                            <w:proofErr w:type="spellStart"/>
                            <w:r w:rsidRPr="00D142EE">
                              <w:t>Matúškovo</w:t>
                            </w:r>
                            <w:proofErr w:type="spellEnd"/>
                            <w:r w:rsidRPr="00D142EE">
                              <w:br/>
                            </w:r>
                            <w:proofErr w:type="spellStart"/>
                            <w:r w:rsidRPr="00D142EE">
                              <w:t>Slovensko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355596" id="_x0000_s1028" type="#_x0000_t202" style="position:absolute;margin-left:269.05pt;margin-top:22.15pt;width:232.3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" filled="f" stroked="f">
                <v:textbox style="mso-fit-shape-to-text:t">
                  <w:txbxContent>
                    <w:p w14:paraId="290D0465" w14:textId="2691E288" w:rsidR="00D142EE" w:rsidRPr="00D142EE" w:rsidRDefault="00D142EE" w:rsidP="00D142EE">
                      <w:proofErr w:type="spellStart"/>
                      <w:r w:rsidRPr="00D142EE">
                        <w:t>Objektiik</w:t>
                      </w:r>
                      <w:proofErr w:type="spellEnd"/>
                      <w:r w:rsidRPr="00D142EE">
                        <w:t xml:space="preserve"> s. r. o.</w:t>
                      </w:r>
                      <w:r w:rsidRPr="00D142EE">
                        <w:br/>
                      </w:r>
                      <w:proofErr w:type="spellStart"/>
                      <w:r w:rsidRPr="00D142EE">
                        <w:t>Cintorínska</w:t>
                      </w:r>
                      <w:proofErr w:type="spellEnd"/>
                      <w:r w:rsidRPr="00D142EE">
                        <w:t xml:space="preserve"> 256</w:t>
                      </w:r>
                      <w:r w:rsidRPr="00D142EE">
                        <w:br/>
                        <w:t xml:space="preserve">925 01 </w:t>
                      </w:r>
                      <w:proofErr w:type="spellStart"/>
                      <w:r w:rsidRPr="00D142EE">
                        <w:t>Matúškovo</w:t>
                      </w:r>
                      <w:proofErr w:type="spellEnd"/>
                      <w:r w:rsidRPr="00D142EE">
                        <w:br/>
                      </w:r>
                      <w:proofErr w:type="spellStart"/>
                      <w:r w:rsidRPr="00D142EE">
                        <w:t>Slovensko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000000">
        <w:rPr>
          <w:b/>
          <w:sz w:val="24"/>
        </w:rPr>
        <w:t>Adresát</w:t>
      </w:r>
      <w:proofErr w:type="spellEnd"/>
      <w:r w:rsidR="00000000">
        <w:rPr>
          <w:b/>
          <w:sz w:val="24"/>
        </w:rPr>
        <w:t xml:space="preserve"> (</w:t>
      </w:r>
      <w:proofErr w:type="spellStart"/>
      <w:r w:rsidR="00000000">
        <w:rPr>
          <w:b/>
          <w:sz w:val="24"/>
        </w:rPr>
        <w:t>predávajúci</w:t>
      </w:r>
      <w:proofErr w:type="spellEnd"/>
      <w:r w:rsidR="00000000">
        <w:rPr>
          <w:b/>
          <w:sz w:val="24"/>
        </w:rPr>
        <w:t>):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39CC683A" w14:textId="29F4FC08" w:rsidR="00D142EE" w:rsidRDefault="00000000">
      <w:proofErr w:type="spellStart"/>
      <w:r>
        <w:t>Objektiik</w:t>
      </w:r>
      <w:proofErr w:type="spellEnd"/>
      <w:r>
        <w:t xml:space="preserve"> s. r. o.</w:t>
      </w:r>
      <w:r>
        <w:br/>
      </w:r>
      <w:proofErr w:type="spellStart"/>
      <w:r w:rsidR="00D142EE">
        <w:t>Ulica</w:t>
      </w:r>
      <w:proofErr w:type="spellEnd"/>
      <w:r w:rsidR="00D142EE">
        <w:t xml:space="preserve"> Z. </w:t>
      </w:r>
      <w:proofErr w:type="spellStart"/>
      <w:r w:rsidR="00D142EE">
        <w:t>Kodálya</w:t>
      </w:r>
      <w:proofErr w:type="spellEnd"/>
      <w:r w:rsidR="00D142EE">
        <w:t xml:space="preserve"> 793/22</w:t>
      </w:r>
      <w:r>
        <w:br/>
        <w:t>92</w:t>
      </w:r>
      <w:r w:rsidR="00D142EE">
        <w:t>4</w:t>
      </w:r>
      <w:r>
        <w:t xml:space="preserve"> 0</w:t>
      </w:r>
      <w:r w:rsidR="00D142EE">
        <w:t>1</w:t>
      </w:r>
      <w:r>
        <w:t xml:space="preserve"> </w:t>
      </w:r>
      <w:proofErr w:type="spellStart"/>
      <w:r w:rsidR="00D142EE">
        <w:t>Galanta</w:t>
      </w:r>
      <w:proofErr w:type="spellEnd"/>
      <w:r>
        <w:br/>
        <w:t>Slovensko</w:t>
      </w:r>
      <w:r>
        <w:br/>
      </w:r>
      <w:r>
        <w:br/>
        <w:t xml:space="preserve">E-mail: </w:t>
      </w:r>
      <w:hyperlink r:id="rId6" w:history="1">
        <w:r w:rsidR="00D142EE" w:rsidRPr="004C0B0B">
          <w:rPr>
            <w:rStyle w:val="Hyperlink"/>
          </w:rPr>
          <w:t>objektiik@objektiik.sk</w:t>
        </w:r>
      </w:hyperlink>
    </w:p>
    <w:p w14:paraId="7AC6106F" w14:textId="77777777" w:rsidR="003D50FB" w:rsidRDefault="00000000">
      <w:r>
        <w:rPr>
          <w:b/>
          <w:sz w:val="24"/>
        </w:rPr>
        <w:t>Oznamujem, že odstupujem od zmluvy o kúpe tovaru:</w:t>
      </w:r>
    </w:p>
    <w:p w14:paraId="68AB4927" w14:textId="1BC5D7E0" w:rsidR="003D50FB" w:rsidRDefault="00000000">
      <w:r>
        <w:t>Názov tovaru: ...........................................................</w:t>
      </w:r>
      <w:r w:rsidR="00D142EE">
        <w:t>............</w:t>
      </w:r>
      <w:r>
        <w:br/>
        <w:t>Dátum objednávky: .......................................................</w:t>
      </w:r>
      <w:r w:rsidR="00D142EE">
        <w:t>....</w:t>
      </w:r>
      <w:r>
        <w:br/>
        <w:t>Číslo objednávky: ........................................................</w:t>
      </w:r>
      <w:r w:rsidR="00D142EE">
        <w:t>.......</w:t>
      </w:r>
    </w:p>
    <w:p w14:paraId="0E224745" w14:textId="77777777" w:rsidR="003D50FB" w:rsidRDefault="00000000">
      <w:r>
        <w:rPr>
          <w:b/>
          <w:sz w:val="24"/>
        </w:rPr>
        <w:t>Údaje kupujúceho:</w:t>
      </w:r>
    </w:p>
    <w:p w14:paraId="5414DD55" w14:textId="06DF5A23" w:rsidR="003D50FB" w:rsidRDefault="00000000">
      <w:r>
        <w:t>Meno a priezvisko: .........................................................</w:t>
      </w:r>
      <w:r w:rsidR="00D142EE">
        <w:t>..................</w:t>
      </w:r>
      <w:r>
        <w:br/>
        <w:t>Adresa: .................................................................................</w:t>
      </w:r>
      <w:r w:rsidR="00D142EE">
        <w:t>.................</w:t>
      </w:r>
      <w:r>
        <w:br/>
        <w:t>E-mail / Telefón: .............................................................</w:t>
      </w:r>
      <w:r w:rsidR="00D142EE">
        <w:t>..................</w:t>
      </w:r>
    </w:p>
    <w:p w14:paraId="1227DAA5" w14:textId="77777777" w:rsidR="003D50FB" w:rsidRDefault="00000000">
      <w:proofErr w:type="spellStart"/>
      <w:r>
        <w:rPr>
          <w:b/>
          <w:sz w:val="24"/>
        </w:rPr>
        <w:t>Dátum</w:t>
      </w:r>
      <w:proofErr w:type="spellEnd"/>
      <w:r>
        <w:rPr>
          <w:b/>
          <w:sz w:val="24"/>
        </w:rPr>
        <w:t xml:space="preserve"> a podpis:</w:t>
      </w:r>
    </w:p>
    <w:p w14:paraId="5779108D" w14:textId="1BEFF887" w:rsidR="003D50FB" w:rsidRDefault="00000000" w:rsidP="000D190C">
      <w:pPr>
        <w:ind w:left="3600" w:hanging="3600"/>
      </w:pPr>
      <w:r>
        <w:t>Dátum: .......................................................</w:t>
      </w:r>
      <w:r w:rsidR="000D190C">
        <w:tab/>
      </w:r>
      <w:r w:rsidR="000D190C">
        <w:tab/>
      </w:r>
      <w:r w:rsidR="000D190C">
        <w:tab/>
      </w:r>
      <w:proofErr w:type="spellStart"/>
      <w:r>
        <w:t>Podpis</w:t>
      </w:r>
      <w:proofErr w:type="spellEnd"/>
      <w:r>
        <w:t>: ......................................................</w:t>
      </w:r>
      <w:r w:rsidR="000D190C">
        <w:br/>
        <w:t xml:space="preserve">                            </w:t>
      </w:r>
      <w:proofErr w:type="gramStart"/>
      <w:r w:rsidR="000D190C">
        <w:t xml:space="preserve">   </w:t>
      </w:r>
      <w:r w:rsidR="000D190C">
        <w:t>(</w:t>
      </w:r>
      <w:proofErr w:type="spellStart"/>
      <w:proofErr w:type="gramEnd"/>
      <w:r w:rsidR="000D190C">
        <w:t>iba</w:t>
      </w:r>
      <w:proofErr w:type="spellEnd"/>
      <w:r w:rsidR="000D190C">
        <w:t xml:space="preserve"> v </w:t>
      </w:r>
      <w:proofErr w:type="spellStart"/>
      <w:r w:rsidR="000D190C">
        <w:t>prípade</w:t>
      </w:r>
      <w:proofErr w:type="spellEnd"/>
      <w:r w:rsidR="000D190C">
        <w:t xml:space="preserve"> </w:t>
      </w:r>
      <w:proofErr w:type="spellStart"/>
      <w:r w:rsidR="000D190C">
        <w:t>papierovej</w:t>
      </w:r>
      <w:proofErr w:type="spellEnd"/>
      <w:r w:rsidR="000D190C">
        <w:t xml:space="preserve"> </w:t>
      </w:r>
      <w:proofErr w:type="spellStart"/>
      <w:r w:rsidR="000D190C">
        <w:t>verzie</w:t>
      </w:r>
      <w:proofErr w:type="spellEnd"/>
      <w:r w:rsidR="000D190C">
        <w:t>)</w:t>
      </w:r>
      <w:r>
        <w:br/>
      </w:r>
    </w:p>
    <w:p w14:paraId="5A7CE8F5" w14:textId="77777777" w:rsidR="003D50FB" w:rsidRPr="00D142EE" w:rsidRDefault="00000000" w:rsidP="00D142EE">
      <w:pPr>
        <w:jc w:val="center"/>
        <w:rPr>
          <w:sz w:val="20"/>
          <w:szCs w:val="20"/>
        </w:rPr>
      </w:pPr>
      <w:r w:rsidRPr="00D142EE">
        <w:rPr>
          <w:sz w:val="20"/>
          <w:szCs w:val="20"/>
        </w:rPr>
        <w:t>Pokyny pre odoslanie:</w:t>
      </w:r>
      <w:r w:rsidRPr="00D142EE">
        <w:rPr>
          <w:sz w:val="20"/>
          <w:szCs w:val="20"/>
        </w:rPr>
        <w:br/>
        <w:t>Tento formulár zašlite vyplnený poštou na adresu:</w:t>
      </w:r>
      <w:r w:rsidRPr="00D142EE">
        <w:rPr>
          <w:sz w:val="20"/>
          <w:szCs w:val="20"/>
        </w:rPr>
        <w:br/>
        <w:t>Objektiik s. r. o., Cintorínska 256, 925 01 Matúškovo, Slovensko</w:t>
      </w:r>
      <w:r w:rsidRPr="00D142EE">
        <w:rPr>
          <w:sz w:val="20"/>
          <w:szCs w:val="20"/>
        </w:rPr>
        <w:br/>
        <w:t>alebo e-mailom na: objektiik@objektiik.sk</w:t>
      </w:r>
    </w:p>
    <w:sectPr w:rsidR="003D50FB" w:rsidRPr="00D142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6596739">
    <w:abstractNumId w:val="8"/>
  </w:num>
  <w:num w:numId="2" w16cid:durableId="1592544930">
    <w:abstractNumId w:val="6"/>
  </w:num>
  <w:num w:numId="3" w16cid:durableId="957103337">
    <w:abstractNumId w:val="5"/>
  </w:num>
  <w:num w:numId="4" w16cid:durableId="1854345499">
    <w:abstractNumId w:val="4"/>
  </w:num>
  <w:num w:numId="5" w16cid:durableId="55587107">
    <w:abstractNumId w:val="7"/>
  </w:num>
  <w:num w:numId="6" w16cid:durableId="2103184393">
    <w:abstractNumId w:val="3"/>
  </w:num>
  <w:num w:numId="7" w16cid:durableId="1556964581">
    <w:abstractNumId w:val="2"/>
  </w:num>
  <w:num w:numId="8" w16cid:durableId="555581434">
    <w:abstractNumId w:val="1"/>
  </w:num>
  <w:num w:numId="9" w16cid:durableId="134428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190C"/>
    <w:rsid w:val="0015074B"/>
    <w:rsid w:val="0029639D"/>
    <w:rsid w:val="00326F90"/>
    <w:rsid w:val="003D50FB"/>
    <w:rsid w:val="007D2E0C"/>
    <w:rsid w:val="00AA1D8D"/>
    <w:rsid w:val="00B47730"/>
    <w:rsid w:val="00BC7ED4"/>
    <w:rsid w:val="00CB0664"/>
    <w:rsid w:val="00D142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932FD"/>
  <w14:defaultImageDpi w14:val="300"/>
  <w15:docId w15:val="{A9DDC2E8-BFB3-4254-92CE-25B5A8DD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142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jektiik@objektii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Eršek Juraj</cp:lastModifiedBy>
  <cp:revision>4</cp:revision>
  <dcterms:created xsi:type="dcterms:W3CDTF">2013-12-23T23:15:00Z</dcterms:created>
  <dcterms:modified xsi:type="dcterms:W3CDTF">2025-12-08T22:08:00Z</dcterms:modified>
  <cp:category/>
</cp:coreProperties>
</file>